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  <w:pBdr/>
      </w:pPr>
      <w:r>
        <w:rPr>
          <w:rFonts w:ascii="Arial" w:hAnsi="Arial"/>
          <w:b/>
          <w:color w:val="000000"/>
          <w:sz w:val="36"/>
        </w:rPr>
        <w:t>Christ Centered Homes</w:t>
      </w:r>
    </w:p>
    <w:p>
      <w:pPr>
        <w:spacing w:after="240"/>
        <w:jc w:val="center"/>
      </w:pPr>
      <w:r>
        <w:rPr>
          <w:b/>
          <w:color w:val="005B39"/>
          <w:sz w:val="28"/>
        </w:rPr>
        <w:t>Fraud Prevention and Compliance Module Declaration</w:t>
      </w:r>
    </w:p>
    <w:p>
      <w:r>
        <w:rPr>
          <w:b/>
        </w:rPr>
        <w:t xml:space="preserve">Purpose. </w:t>
      </w:r>
      <w:r>
        <w:t>This declaration documents the employee’s completion of the Christ Centered Homes Fraud Prevention and Compliance Module and confirms the employee’s responsibility to follow company policies and reporting procedures.</w:t>
      </w:r>
    </w:p>
    <w:p>
      <w:pPr>
        <w:spacing w:before="140" w:after="100"/>
      </w:pPr>
      <w:r>
        <w:rPr>
          <w:b/>
          <w:sz w:val="24"/>
        </w:rPr>
        <w:t>Employee Information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5083"/>
            <w:vAlign w:val="center"/>
            <w:tcMar>
              <w:top w:w="85" w:type="dxa"/>
              <w:start w:w="110" w:type="dxa"/>
              <w:bottom w:w="150" w:type="dxa"/>
              <w:end w:w="110" w:type="dxa"/>
            </w:tcMar>
          </w:tcPr>
          <w:p>
            <w:pPr>
              <w:spacing w:after="160"/>
            </w:pPr>
            <w:r>
              <w:rPr>
                <w:b/>
                <w:sz w:val="18"/>
              </w:rPr>
              <w:t>Employee Name</w:t>
            </w:r>
          </w:p>
          <w:p>
            <w:pPr>
              <w:spacing w:after="0"/>
              <w:pBdr>
                <w:bottom w:val="single" w:sz="6" w:space="1" w:color="777777"/>
              </w:pBdr>
            </w:pPr>
            <w:r>
              <w:t xml:space="preserve"> </w:t>
            </w:r>
          </w:p>
        </w:tc>
        <w:tc>
          <w:tcPr>
            <w:tcW w:type="dxa" w:w="5083"/>
            <w:vAlign w:val="center"/>
            <w:tcMar>
              <w:top w:w="85" w:type="dxa"/>
              <w:start w:w="110" w:type="dxa"/>
              <w:bottom w:w="150" w:type="dxa"/>
              <w:end w:w="110" w:type="dxa"/>
            </w:tcMar>
          </w:tcPr>
          <w:p>
            <w:pPr>
              <w:spacing w:after="160"/>
            </w:pPr>
            <w:r>
              <w:rPr>
                <w:b/>
                <w:sz w:val="18"/>
              </w:rPr>
              <w:t>Job Title</w:t>
            </w:r>
          </w:p>
          <w:p>
            <w:pPr>
              <w:spacing w:after="0"/>
              <w:pBdr>
                <w:bottom w:val="single" w:sz="6" w:space="1" w:color="777777"/>
              </w:pBdr>
            </w:pPr>
            <w:r>
              <w:t xml:space="preserve"> </w:t>
            </w:r>
          </w:p>
        </w:tc>
      </w:tr>
      <w:tr>
        <w:tc>
          <w:tcPr>
            <w:tcW w:type="dxa" w:w="5083"/>
            <w:vAlign w:val="center"/>
            <w:tcMar>
              <w:top w:w="85" w:type="dxa"/>
              <w:start w:w="110" w:type="dxa"/>
              <w:bottom w:w="150" w:type="dxa"/>
              <w:end w:w="110" w:type="dxa"/>
            </w:tcMar>
          </w:tcPr>
          <w:p>
            <w:pPr>
              <w:spacing w:after="160"/>
            </w:pPr>
            <w:r>
              <w:rPr>
                <w:b/>
                <w:sz w:val="18"/>
              </w:rPr>
              <w:t>Home Program or Department</w:t>
            </w:r>
          </w:p>
          <w:p>
            <w:pPr>
              <w:spacing w:after="0"/>
              <w:pBdr>
                <w:bottom w:val="single" w:sz="6" w:space="1" w:color="777777"/>
              </w:pBdr>
            </w:pPr>
            <w:r>
              <w:t xml:space="preserve"> </w:t>
            </w:r>
          </w:p>
        </w:tc>
        <w:tc>
          <w:tcPr>
            <w:tcW w:type="dxa" w:w="5083"/>
            <w:vAlign w:val="center"/>
            <w:tcMar>
              <w:top w:w="85" w:type="dxa"/>
              <w:start w:w="110" w:type="dxa"/>
              <w:bottom w:w="150" w:type="dxa"/>
              <w:end w:w="110" w:type="dxa"/>
            </w:tcMar>
          </w:tcPr>
          <w:p>
            <w:pPr>
              <w:spacing w:after="160"/>
            </w:pPr>
            <w:r>
              <w:rPr>
                <w:b/>
                <w:sz w:val="18"/>
              </w:rPr>
              <w:t>Home Manager or Supervisor</w:t>
            </w:r>
          </w:p>
          <w:p>
            <w:pPr>
              <w:spacing w:after="0"/>
              <w:pBdr>
                <w:bottom w:val="single" w:sz="6" w:space="1" w:color="777777"/>
              </w:pBdr>
            </w:pPr>
            <w:r>
              <w:t xml:space="preserve"> </w:t>
            </w:r>
          </w:p>
        </w:tc>
      </w:tr>
      <w:tr>
        <w:tc>
          <w:tcPr>
            <w:tcW w:type="dxa" w:w="5083"/>
            <w:vAlign w:val="center"/>
            <w:tcMar>
              <w:top w:w="85" w:type="dxa"/>
              <w:start w:w="110" w:type="dxa"/>
              <w:bottom w:w="150" w:type="dxa"/>
              <w:end w:w="110" w:type="dxa"/>
            </w:tcMar>
          </w:tcPr>
          <w:p>
            <w:pPr>
              <w:spacing w:after="160"/>
            </w:pPr>
            <w:r>
              <w:rPr>
                <w:b/>
                <w:sz w:val="18"/>
              </w:rPr>
              <w:t>Date Module Viewed</w:t>
            </w:r>
          </w:p>
          <w:p>
            <w:pPr>
              <w:spacing w:after="0"/>
              <w:pBdr>
                <w:bottom w:val="single" w:sz="6" w:space="1" w:color="777777"/>
              </w:pBdr>
            </w:pPr>
            <w:r>
              <w:t xml:space="preserve"> </w:t>
            </w:r>
          </w:p>
        </w:tc>
        <w:tc>
          <w:tcPr>
            <w:tcW w:type="dxa" w:w="5083"/>
            <w:vAlign w:val="center"/>
            <w:tcMar>
              <w:top w:w="85" w:type="dxa"/>
              <w:start w:w="110" w:type="dxa"/>
              <w:bottom w:w="150" w:type="dxa"/>
              <w:end w:w="110" w:type="dxa"/>
            </w:tcMar>
          </w:tcPr>
          <w:p>
            <w:pPr>
              <w:spacing w:after="160"/>
            </w:pPr>
            <w:r>
              <w:rPr>
                <w:b/>
                <w:sz w:val="18"/>
              </w:rPr>
              <w:t>Employee ID if applicable</w:t>
            </w:r>
          </w:p>
          <w:p>
            <w:pPr>
              <w:spacing w:after="0"/>
              <w:pBdr>
                <w:bottom w:val="single" w:sz="6" w:space="1" w:color="777777"/>
              </w:pBdr>
            </w:pPr>
            <w:r>
              <w:t xml:space="preserve"> </w:t>
            </w:r>
          </w:p>
        </w:tc>
      </w:tr>
    </w:tbl>
    <w:p>
      <w:pPr>
        <w:spacing w:before="180" w:after="80"/>
      </w:pPr>
      <w:r>
        <w:rPr>
          <w:b/>
          <w:sz w:val="24"/>
        </w:rPr>
        <w:t>Employee Declaration</w:t>
      </w:r>
    </w:p>
    <w:p>
      <w:pPr>
        <w:spacing w:after="160"/>
      </w:pPr>
      <w:r>
        <w:t>I declare that I have viewed the Christ Centered Homes Fraud Prevention and Compliance Module in its entirety. I understand that fraud prevention and compliance are responsibilities shared by all employees and that I am expected to perform my duties honestly, ethically, and in accordance with Christ Centered Homes policies and applicable requirements.</w:t>
        <w:br/>
        <w:br/>
        <w:t>I understand my responsibility to promptly report suspected fraud, waste, abuse, misconduct, policy violations, or other compliance concerns through the appropriate Christ Centered Homes reporting process. I understand that signing this declaration confirms completion of the training module but does not replace my responsibility to read, understand, and follow all applicable policies and procedures.</w:t>
        <w:br/>
        <w:br/>
        <w:t>I certify that the information provided on this declaration is true and accurate.</w:t>
      </w:r>
    </w:p>
    <w:p>
      <w:pPr>
        <w:spacing w:after="200"/>
        <w:ind w:left="216"/>
      </w:pPr>
      <w:r>
        <w:rPr>
          <w:b/>
        </w:rPr>
        <w:t>☐  I confirm that I viewed the complete training module and understand the declaration above.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24"/>
        <w:gridCol w:w="3312"/>
      </w:tblGrid>
      <w:tr>
        <w:tc>
          <w:tcPr>
            <w:tcW w:type="dxa" w:w="5083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  <w:sz w:val="18"/>
              </w:rPr>
              <w:t>Employee Signature</w:t>
              <w:br/>
              <w:br/>
              <w:t>_______________________________________________</w:t>
            </w:r>
          </w:p>
        </w:tc>
        <w:tc>
          <w:tcPr>
            <w:tcW w:type="dxa" w:w="5083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  <w:sz w:val="18"/>
              </w:rPr>
              <w:t>Date</w:t>
              <w:br/>
              <w:br/>
              <w:t>______________________</w:t>
            </w:r>
          </w:p>
        </w:tc>
      </w:tr>
      <w:tr>
        <w:tc>
          <w:tcPr>
            <w:tcW w:type="dxa" w:w="5083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  <w:sz w:val="18"/>
              </w:rPr>
              <w:t>Printed Name</w:t>
              <w:br/>
              <w:br/>
              <w:t>_______________________________________________</w:t>
            </w:r>
          </w:p>
        </w:tc>
        <w:tc>
          <w:tcPr>
            <w:tcW w:type="dxa" w:w="5083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  <w:sz w:val="18"/>
              </w:rPr>
              <w:t>Date Submitted</w:t>
              <w:br/>
              <w:br/>
              <w:t>______________________</w:t>
            </w:r>
          </w:p>
        </w:tc>
      </w:tr>
    </w:tbl>
    <w:p>
      <w:pPr>
        <w:spacing w:before="200" w:after="80"/>
      </w:pPr>
      <w:r>
        <w:rPr>
          <w:b/>
          <w:sz w:val="24"/>
        </w:rPr>
        <w:t>Submission Instructions</w:t>
      </w:r>
    </w:p>
    <w:p>
      <w:pPr>
        <w:spacing w:after="160"/>
      </w:pPr>
      <w:r>
        <w:t>Submit the completed declaration to the Corporate Office by fax, email, or hand delivery. Training is not considered complete until Human Resources has received this signed declaration.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84"/>
        <w:gridCol w:w="3384"/>
        <w:gridCol w:w="3384"/>
      </w:tblGrid>
      <w:tr>
        <w:tc>
          <w:tcPr>
            <w:tcW w:type="dxa" w:w="338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D3"/>
          </w:tcPr>
          <w:p>
            <w:r>
              <w:rPr>
                <w:b/>
                <w:sz w:val="17"/>
              </w:rPr>
              <w:t>Received by Human Resources</w:t>
            </w:r>
          </w:p>
        </w:tc>
        <w:tc>
          <w:tcPr>
            <w:tcW w:type="dxa" w:w="338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D3"/>
          </w:tcPr>
          <w:p>
            <w:r>
              <w:rPr>
                <w:b/>
                <w:sz w:val="17"/>
              </w:rPr>
              <w:t>Date Received</w:t>
            </w:r>
          </w:p>
        </w:tc>
        <w:tc>
          <w:tcPr>
            <w:tcW w:type="dxa" w:w="338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D3"/>
          </w:tcPr>
          <w:p>
            <w:r>
              <w:rPr>
                <w:b/>
                <w:sz w:val="17"/>
              </w:rPr>
              <w:t>Training Record Updated</w:t>
            </w:r>
          </w:p>
        </w:tc>
      </w:tr>
      <w:tr>
        <w:tc>
          <w:tcPr>
            <w:tcW w:type="dxa" w:w="338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sz w:val="18"/>
              </w:rPr>
              <w:t>Name or Initials</w:t>
            </w:r>
          </w:p>
        </w:tc>
        <w:tc>
          <w:tcPr>
            <w:tcW w:type="dxa" w:w="338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sz w:val="18"/>
              </w:rPr>
              <w:t>Date</w:t>
            </w:r>
          </w:p>
        </w:tc>
        <w:tc>
          <w:tcPr>
            <w:tcW w:type="dxa" w:w="338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sz w:val="18"/>
              </w:rPr>
              <w:t>☐ Yes   ☐ No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A5A5A"/>
        <w:sz w:val="16"/>
      </w:rPr>
      <w:t>Christ Centered Homes  |  Fraud Prevention and Compliance Training Record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